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משפחתית ומהם מקורות המידע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לסיפור המשפחה, לראיון ולעץ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לשימור זיכרונות וחפצים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סיפורים ומנהגים שעוברים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ללמוד על סיפורים וזיכרונות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בני המשפחה לאורך הדורות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סיפורים, מנהגים וזיכרונות,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שאלות בראיון חושפות זיכרונות וסיפורים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עץ משפחה מציג מספר דורות, כולל סבים וסבתות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 את הדורות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(שיחה ששואלים בה שאלות כדי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(חפץ ישן עם סיפור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עם דברים משותפים)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- איך עורכים 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קרוב משפחה מבוגר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זמן נוח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השאלות ולהקשיב בתשומת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תיאור החפץ, מי נתן אותו ולמה הוא חשוב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סיפורים/מנהגים/חפצים שעוברים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שעון, תכשיט או תמונה ישנה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הכנת שאלות מראש והקשבה לנענה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תמונה או חפץ מהבית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לשיתוף סיפורים אישיים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לצייר עץ משפחה בעקבות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מתוך הפעילות על אלבום המשפחה - עץ משפחה, ראיון עם קרובים, חפצים ישנים וסיפורים שעוברים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עץ משפחה  ·  ראיון  ·  מורשת  ·  מורשת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חפצים חדשים שקונים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סיפורים ומנהגים שעוברים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שיעורי בית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העיקרית של ראיון עם קרוב משפחה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כמה הוא זוכר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על סיפורים וזיכרונות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איתו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מראה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בני המשפחה לאורך הדורות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כוללת רק חפצים ולא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עם קרוב משפחה יכול לעזור ללמוד על העבר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בעץ משפחה מופיעים רק ההורים ולא הסבים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סיפורים ומנהגים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ללמוד על קרוב משפחה אפשר לערוך איתו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מראה את בני המשפחה בדורות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חפץ ישן עם סיפור משפחתי נקרא חפץ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אנשים עם דברים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חפץ ישן עם סיפור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 את הדורות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שיחה ששואלים בה שאלות כדי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- איך עורכים 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השאלות ולהקשיב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לקבוע זמן נוח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שאלות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קרוב משפחה מבוגר לראיין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חפץ אחד שיש במשפחה שלכם ויש לו סיפור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מורשת 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לחפץ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