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אלבום המשפחה שלי – שבילי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אלבום המשפחה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מהי מורשת משפחתית ומהם מקורות המידע עליה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מושגים הקשורים לסיפור המשפחה, לראיון ולעץ המשפחה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דרכים לשימור זיכרונות וחפצים משפחתיים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סיפורים ומנהגים שעוברים מדור לדור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ללמוד על סיפורים וזיכרונות מהעבר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את בני המשפחה לאורך הדורות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שעון ישן של סבא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קבוצת אנשים עם דברים משותפים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כדי לדעת מאיפה באנו ולהעביר הלאה לדורות הבאים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מורשת כוללת גם סיפורים, מנהגים וזיכרונות, לא רק חפצים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שאלות בראיון חושפות זיכרונות וסיפורים אישיים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עץ משפחה מציג מספר דורות, כולל סבים וסבתות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אדם יכול להשתייך למספר קהילות לאורך חייו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חפץ ישן נושא עמו סיפור וזיכרון משפחתי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מורשת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עץ 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מורשת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קהילה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שורשים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(מציג את הדורות במשפחה)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(שיחה ששואלים בה שאלות כדי ללמוד)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(חפץ ישן עם סיפור משפחתי)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(קבוצת אנשים עם דברים משותפים)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(סיפור שחוזרים ומספרים במשפחה)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סידור שלבים - איך עורכים ראיון משפחתי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לבחור קרוב משפחה מבוגר לראיין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להכין רשימת שאלות מראש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לקבוע זמן נוח לשיחה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לשאול את השאלות ולהקשיב בתשומת לב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לכתוב או להקליט את התשובות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לשתף את מה שלמדתם עם המשפחה או הכיתה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- תיאור החפץ, מי נתן אותו ולמה הוא חשוב למשפחה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שאלות על ילדות, מקום מגורים, מנהגים ואירועים חשובים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מזכיר סיפורים/מנהגים/חפצים שעוברים בין דורות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הגיונית כמו שעון, תכשיט או תמונה ישנה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הכנת שאלות מראש והקשבה לנענה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לבקש מהתלמידים להביא תמונה או חפץ מהבית לפני השיעור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לתת זמן לשיתוף סיפורים אישיים בקבוצות קטנות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להרחיב ולבקש מהתלמידים לצייר עץ משפחה בעקבות הדף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אלבום המשפחה שלי – שבילי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אלבום המשפחה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על המשפחה שלנו. נדבר על עץ משפחה, ראיון עם סבא וסבתא, וחפצים ישנים מהמשפחה.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מורשת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דברים שעוברים מדור לדור - סיפורים, מנהגים וחפצים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עץ משפחה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ציור שמראה את בני המשפחה לאורך הדורות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ראיון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שיחה שבה שואלים שאלות כדי ללמוד על מישהו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אנשים שחיים באותה תקופה, כמו סבים, הורים וילדים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חפץ מורשת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חפץ ישן שעבר במשפחה ויש לו סיפור מיוחד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קהילה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אנשים שחיים יחד ויש להם דברים משותפים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שורשים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המקור והמוצא המשפחתי של אדם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זיכרון משפחתי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סיפור או אירוע שהמשפחה זוכרת ומספרת שוב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זה מורשת?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חפצים חדשים שקונים בחנות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סיפורים ומנהגים שעוברים מדור לדור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שיעורי בית בבית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משחק מחשב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עושים ראיון עם סבא או סבתא?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לבדוק כמה הוא זוכר במבחן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ללמוד על סיפורים וזיכרונות מהעבר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לשחק איתו 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לצייר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רואים בעץ משפחה?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את מזג האוויר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את בני המשפחה לאורך הדורות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רשימת קניות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מפת הארץ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זה חפץ ישן עם 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שעון ישן של סבא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צעצוע חדש מהיום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ספר לימוד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כדור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זה קהילה?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בניין בודד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קבוצת אנשים עם דברים משותפים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חיה במשק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מכונית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למה חשוב לזכור סיפורי משפחה?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לשכוח אותם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שלא ידעו עליהם כלום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לדעת מאיפה באנו ולהעביר הלאה לדורות הבאים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זה חובה בחוק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מורשת כוללת רק חפצים ולא סיפורים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ראיון עם קרוב משפחה יכול לעזור ללמוד על העבר שלו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בעץ משפחה מופיעים רק ההורים ולא הסבים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אדם שייך לקהילה אחת בלבד לאורך כל חייו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חפצי מורשת יכולים לספר על תקופה ועל אנשים מהעבר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__________ היא סיפורים ומנהגים שעוברים מדור לדור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כדי ללמוד על קרוב משפחה אפשר לערוך איתו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__________ מראה את בני המשפחה בדורות 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חפץ ישן עם סיפור משפחתי נקרא חפץ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קבוצת אנשים שחיים יחד ויש להם דברים משותפים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המקור המשפחתי של אדם נקרא ה__________ שלו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עץ משפחה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חפץ ישן עם סיפור משפחתי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ראיון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קבוצת אנשים עם דברים משותפים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חפץ מורשת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שיחה ששואלים בה שאלות כדי ללמוד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קהילה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סיפור שחוזרים ומספרים במשפחה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זיכרון משפחתי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מציג את הדורות במשפחה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סידור שלבים - איך עורכים ראיון משפחתי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לשאול את השאלות ולהקשיב בתשומת לב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לבחור קרוב משפחה מבוגר לראיין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לשתף את מה שלמדתם עם המשפחה או הכיתה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לכתוב או להקליט את התשובות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לקבוע זמן נוח לשיחה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להכין רשימת שאלות מראש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ספרו על חפץ אחד שיש במשפחה שלכם ויש לו סיפור מיוחד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היתם שואלים בראיון עם סבא או סבתא?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מורשת משפחתית?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לחפץ 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חשוב לדעת לפני עריכת ראיון משפחתי?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אלבום המשפחה שלי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