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משפחתית ומהם מקורות המידע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לסיפור המשפחה, לראיון ולעץ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לשימור זיכרונות וחפצים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סיפורים ומנהגים שעוברים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ללמוד על סיפורים וזיכרונות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בני המשפחה לאורך הדורות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שעון ישן של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קבוצת אנשים עם דברים משותפים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כדי לדעת מאיפה באנו ולהעביר הלאה לדורות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סיפורים, מנהגים וזיכרונות, לא רק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שאלות בראיון חושפות זיכרונות וסיפורים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עץ משפחה מציג מספר דורות, כולל סבים וסבתות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אדם יכול להשתייך למספר קהילות לאורך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חפץ ישן נושא עמו סיפור וזיכרון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 את הדורות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(שיחה ששואלים בה שאלות כדי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 ישן עם סיפור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אנשים עם דברים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(סיפור שחוזרים ומספרים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- איך עורכים ראיון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קרוב משפחה מבוגר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זמן נוח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השאלות ולהקשיב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או להקליט את התשובות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לשתף את מה שלמדתם עם המשפחה או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תיאור החפץ, מי נתן אותו ולמה הוא חשוב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על ילדות, מקום מגורים, מנהגים ואירועים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סיפורים/מנהגים/חפצים שעוברים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שעון, תכשיט או תמונה ישנה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הכנת שאלות מראש והקשבה לנענה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תמונה או חפץ מהבית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לשיתוף סיפורים אישיים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לצייר עץ משפחה בעקבות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מתוך הפעילות על אלבום המשפחה - עץ משפחה, ראיון עם קרובים, חפצים ישנים וסיפורים שעוברים מדור לדור.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חפצים חדשים שקונים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סיפורים ומנהגים שעוברים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העיקרית של ראיון עם קרוב משפחה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כמה הוא זוכר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על סיפורים וזיכרונות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איתו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מראה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בני המשפחה לאורך הדורות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יכול להיחשב חפץ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ישן של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חדש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בניין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אנשים עם דברים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במשק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מדוע חשוב לשמר סיפורי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לשכוח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ידעו עליהם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מאיפה באנו ולהעביר הלאה לדורות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חובה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רק חפצים ולא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עם קרוב משפחה יכול לעזור ללמוד על העבר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משפחה מופיעים רק ההורים ולא הסבים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שייך לקהילה אחת בלבד לאורך כל 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חפצי מורשת יכולים לספר על תקופה ועל אנשים מהעבר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סיפורים ומנהגים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ללמוד על קרוב משפחה אפשר לערוך איתו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מראה את בני המשפחה בדורות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ישן עם סיפור משפחתי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אנשים שחיים יחד ויש להם דברים משותפים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המקור המשפחתי של אדם נקרא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 ישן עם סיפור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שחוזרים ומספרים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אנשים עם דברים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 את הדורות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זיכרון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ששואלים בה שאלות כדי 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- איך עורכים ראיון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שאלות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או להקליט את התשובות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קרוב משפחה מבוגר לראיין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את מה שלמדתם עם המשפחה או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 ולהקשיב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זמן נוח לשיחה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אחד שיש במשפחה שלכם ויש לו סיפור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היתם שואלים בראיון עם סבא או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 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לדעת לפני עריכת ראיון 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